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after="60" w:before="0"/>
      </w:pPr>
      <w:r>
        <w:rPr>
          <w:b/>
          <w:sz w:val="48"/>
        </w:rPr>
        <w:t>Phu Scott Ho</w:t>
      </w:r>
    </w:p>
    <w:p>
      <w:pPr>
        <w:keepNext w:val="0"/>
        <w:spacing w:after="100" w:before="0"/>
      </w:pPr>
      <w:r>
        <w:rPr>
          <w:b/>
          <w:color w:val="183C53"/>
          <w:sz w:val="24"/>
        </w:rPr>
        <w:t>Software Engineer | Applied AI, LLM Integration &amp; iOS</w:t>
      </w:r>
    </w:p>
    <w:p>
      <w:pPr>
        <w:keepNext w:val="0"/>
        <w:spacing w:after="120" w:before="0"/>
      </w:pPr>
      <w:r>
        <w:rPr>
          <w:b w:val="0"/>
        </w:rPr>
      </w:r>
      <w:r>
        <w:rPr>
          <w:sz w:val="18"/>
        </w:rPr>
        <w:t>Downey, CA</w:t>
      </w:r>
      <w:r>
        <w:rPr>
          <w:sz w:val="18"/>
        </w:rPr>
        <w:t xml:space="preserve"> | </w:t>
      </w:r>
      <w:hyperlink r:id="rId9">
        <w:r>
          <w:rPr>
            <w:sz w:val="18"/>
          </w:rPr>
          <w:t>scottiesan@gmail.com</w:t>
        </w:r>
      </w:hyperlink>
      <w:r>
        <w:rPr>
          <w:sz w:val="18"/>
        </w:rPr>
        <w:t xml:space="preserve"> | </w:t>
      </w:r>
      <w:hyperlink r:id="rId10">
        <w:r>
          <w:rPr>
            <w:sz w:val="18"/>
          </w:rPr>
          <w:t>www.memoize.studio</w:t>
        </w:r>
      </w:hyperlink>
      <w:r>
        <w:rPr>
          <w:sz w:val="18"/>
        </w:rPr>
        <w:t xml:space="preserve"> | </w:t>
      </w:r>
      <w:hyperlink r:id="rId11">
        <w:r>
          <w:rPr>
            <w:sz w:val="18"/>
          </w:rPr>
          <w:t>github.com/scottiesan</w:t>
        </w:r>
      </w:hyperlink>
    </w:p>
    <w:p>
      <w:pPr>
        <w:keepNext/>
        <w:spacing w:after="100" w:before="180"/>
      </w:pPr>
      <w:r>
        <w:rPr>
          <w:b/>
          <w:color w:val="183C53"/>
          <w:sz w:val="21"/>
        </w:rPr>
        <w:t>PROFESSIONAL SUMMARY</w:t>
      </w:r>
    </w:p>
    <w:p>
      <w:pPr>
        <w:keepNext w:val="0"/>
        <w:spacing w:after="80" w:before="0"/>
      </w:pPr>
      <w:r>
        <w:rPr>
          <w:b w:val="0"/>
        </w:rPr>
        <w:t>Senior software engineer with a professional iOS background and recent independent work in applied AI. Builds document-analysis products, on-device speech integrations, structured-generation workbenches, and agent workflow tools. Published 10 iOS apps; focuses on integrating models into usable products with validated outputs, explicit data boundaries, and reliable application architecture.</w:t>
      </w:r>
    </w:p>
    <w:p>
      <w:pPr>
        <w:keepNext/>
        <w:spacing w:after="100" w:before="180"/>
      </w:pPr>
      <w:r>
        <w:rPr>
          <w:b/>
          <w:color w:val="183C53"/>
          <w:sz w:val="21"/>
        </w:rPr>
        <w:t>TECHNICAL SKILLS</w:t>
      </w:r>
    </w:p>
    <w:p>
      <w:pPr>
        <w:keepNext w:val="0"/>
        <w:spacing w:after="60" w:before="0"/>
      </w:pPr>
      <w:r>
        <w:rPr>
          <w:b w:val="0"/>
        </w:rPr>
      </w:r>
      <w:r>
        <w:rPr>
          <w:b/>
        </w:rPr>
        <w:t xml:space="preserve">Applied AI: </w:t>
      </w:r>
      <w:r>
        <w:t>OpenAI API, structured JSON outputs, prompt/schema design, Apple Foundation Models, context budgeting, MLX, on-device TTS</w:t>
      </w:r>
    </w:p>
    <w:p>
      <w:pPr>
        <w:keepNext w:val="0"/>
        <w:spacing w:after="60" w:before="0"/>
      </w:pPr>
      <w:r>
        <w:rPr>
          <w:b w:val="0"/>
        </w:rPr>
      </w:r>
      <w:r>
        <w:rPr>
          <w:b/>
        </w:rPr>
        <w:t xml:space="preserve">Engineering: </w:t>
      </w:r>
      <w:r>
        <w:t>Python, Swift, SwiftUI, Swift Concurrency, TypeScript, Node.js, REST APIs, Firebase, PostgreSQL</w:t>
      </w:r>
    </w:p>
    <w:p>
      <w:pPr>
        <w:keepNext w:val="0"/>
        <w:spacing w:after="60" w:before="0"/>
      </w:pPr>
      <w:r>
        <w:rPr>
          <w:b w:val="0"/>
        </w:rPr>
      </w:r>
      <w:r>
        <w:rPr>
          <w:b/>
        </w:rPr>
        <w:t xml:space="preserve">Tooling &amp; quality: </w:t>
      </w:r>
      <w:r>
        <w:t>Codex CLI, Hermes integrations, Git, Swift Package Manager, pytest, XCTest, Vitest, Vercel, PM2</w:t>
      </w:r>
    </w:p>
    <w:p>
      <w:pPr>
        <w:keepNext/>
        <w:spacing w:after="100" w:before="180"/>
      </w:pPr>
      <w:r>
        <w:rPr>
          <w:b/>
          <w:color w:val="183C53"/>
          <w:sz w:val="21"/>
        </w:rPr>
        <w:t>INDEPENDENT PROJECTS &amp; PROFESSIONAL DEVELOPMENT</w:t>
      </w:r>
    </w:p>
    <w:p>
      <w:pPr>
        <w:keepNext/>
        <w:spacing w:after="80" w:before="0"/>
      </w:pPr>
      <w:r>
        <w:rPr>
          <w:b/>
        </w:rPr>
        <w:t>Memoize Studio / Personal Portfolio | 2024 – Present</w:t>
      </w:r>
    </w:p>
    <w:p>
      <w:pPr>
        <w:pStyle w:val="ListBullet"/>
        <w:keepLines/>
        <w:spacing w:after="80"/>
      </w:pPr>
      <w:r>
        <w:t>Published 10 iOS apps, including PlainSight, Gutenvox, LogicBrain, Kinako, ClearInvoice, HVAC Field Report, MenoReview, Quiet Words, LeanLens, and PitchNotes. Portfolio and App Store links: www.memoize.studio.</w:t>
      </w:r>
    </w:p>
    <w:p>
      <w:pPr>
        <w:pStyle w:val="ListBullet"/>
        <w:keepLines/>
        <w:spacing w:after="80"/>
      </w:pPr>
      <w:r>
        <w:t>Expanded through self-directed learning and personal projects into Node.js/TypeScript services, PostgreSQL data pipelines, cloud AI integration, and on-device model inference.</w:t>
      </w:r>
    </w:p>
    <w:p>
      <w:pPr>
        <w:keepNext/>
        <w:spacing w:after="100" w:before="180"/>
      </w:pPr>
      <w:r>
        <w:rPr>
          <w:b/>
          <w:color w:val="183C53"/>
          <w:sz w:val="21"/>
        </w:rPr>
        <w:t>SELECTED ENGINEERING PROJECTS</w:t>
      </w:r>
    </w:p>
    <w:p>
      <w:pPr>
        <w:keepNext/>
        <w:spacing w:after="40" w:before="80"/>
      </w:pPr>
      <w:r>
        <w:rPr>
          <w:b/>
        </w:rPr>
        <w:t>PlainSight — AI Document Explainer</w:t>
      </w:r>
    </w:p>
    <w:p>
      <w:pPr>
        <w:keepNext/>
        <w:spacing w:after="60" w:before="0"/>
      </w:pPr>
      <w:r>
        <w:rPr>
          <w:b w:val="0"/>
          <w:sz w:val="19"/>
        </w:rPr>
        <w:t>SwiftUI, VisionKit, TypeScript, OpenAI, Firebase, RevenueCat</w:t>
      </w:r>
    </w:p>
    <w:p>
      <w:pPr>
        <w:keepNext w:val="0"/>
        <w:spacing w:after="100" w:before="0"/>
      </w:pPr>
      <w:r>
        <w:rPr>
          <w:b w:val="0"/>
        </w:rPr>
        <w:t>Built an iOS document workflow combining camera/PDF import, on-device OCR, structured AI analysis, source-linked excerpts, and document follow-up questions. Implemented backend authentication, App Check, usage limits, purchase verification, and document-retention cleanup.</w:t>
      </w:r>
    </w:p>
    <w:p>
      <w:pPr>
        <w:keepNext/>
        <w:spacing w:after="40" w:before="80"/>
      </w:pPr>
      <w:r>
        <w:rPr>
          <w:b/>
        </w:rPr>
        <w:t>Transcript Strategy Lab — Apple Intelligence Workbench</w:t>
      </w:r>
    </w:p>
    <w:p>
      <w:pPr>
        <w:keepNext/>
        <w:spacing w:after="60" w:before="0"/>
      </w:pPr>
      <w:r>
        <w:rPr>
          <w:b w:val="0"/>
          <w:sz w:val="19"/>
        </w:rPr>
        <w:t>SwiftUI, Foundation Models, Swift Package Manager</w:t>
      </w:r>
    </w:p>
    <w:p>
      <w:pPr>
        <w:keepNext w:val="0"/>
        <w:spacing w:after="100" w:before="0"/>
      </w:pPr>
      <w:r>
        <w:rPr>
          <w:b w:val="0"/>
        </w:rPr>
        <w:t>Built a macOS workbench and reusable StrategyCore library for transcript summarization. Added versioned prompts, dynamic output schemas, token-budget checks, model-availability handling, and structured generation in fresh model sessions.</w:t>
      </w:r>
    </w:p>
    <w:p>
      <w:pPr>
        <w:keepNext/>
        <w:spacing w:after="40" w:before="80"/>
      </w:pPr>
      <w:r>
        <w:rPr>
          <w:b/>
        </w:rPr>
        <w:t>Hermes Autoresearch — Agent Workflow Tooling</w:t>
      </w:r>
    </w:p>
    <w:p>
      <w:pPr>
        <w:keepNext/>
        <w:spacing w:after="60" w:before="0"/>
      </w:pPr>
      <w:r>
        <w:rPr>
          <w:b w:val="0"/>
          <w:sz w:val="19"/>
        </w:rPr>
        <w:t>Python, Codex CLI, Git, YAML, pytest</w:t>
      </w:r>
    </w:p>
    <w:p>
      <w:pPr>
        <w:keepNext w:val="0"/>
        <w:spacing w:after="100" w:before="0"/>
      </w:pPr>
      <w:r>
        <w:rPr>
          <w:b w:val="0"/>
        </w:rPr>
        <w:t>Built a beta CLI supervisor around Hermes and Codex with baseline measurement, atomic changes, verification commands, and metric-based acceptance. Added Git isolation, rollback of rejected changes, and structured run logs.</w:t>
      </w:r>
    </w:p>
    <w:p>
      <w:r>
        <w:br w:type="page"/>
      </w:r>
    </w:p>
    <w:p>
      <w:pPr>
        <w:keepNext w:val="0"/>
        <w:spacing w:after="80" w:before="0"/>
      </w:pPr>
      <w:r>
        <w:rPr>
          <w:b/>
          <w:sz w:val="24"/>
        </w:rPr>
        <w:t>Phu Scott Ho | Professional Experience</w:t>
      </w:r>
    </w:p>
    <w:p>
      <w:pPr>
        <w:keepNext/>
        <w:spacing w:after="40" w:before="180"/>
      </w:pPr>
      <w:r>
        <w:rPr>
          <w:b/>
          <w:sz w:val="22"/>
        </w:rPr>
        <w:t>Freelance iOS Development | Nov 2023 – 2024</w:t>
      </w:r>
    </w:p>
    <w:p>
      <w:pPr>
        <w:keepNext/>
        <w:spacing w:after="100" w:before="0"/>
      </w:pPr>
      <w:r>
        <w:rPr>
          <w:b w:val="0"/>
          <w:sz w:val="20"/>
        </w:rPr>
        <w:t>Senior iOS Engineer | California</w:t>
      </w:r>
    </w:p>
    <w:p>
      <w:pPr>
        <w:pStyle w:val="ListBullet"/>
        <w:keepLines/>
        <w:spacing w:after="80"/>
      </w:pPr>
      <w:r>
        <w:t>Developed a custom iOS keyboard project using Swift, SwiftUI, and KeyboardKit, integrating the OpenAI API for predictive text and autocomplete.</w:t>
      </w:r>
    </w:p>
    <w:p>
      <w:pPr>
        <w:pStyle w:val="ListBullet"/>
        <w:keepLines/>
        <w:spacing w:after="80"/>
      </w:pPr>
      <w:r>
        <w:t>Translated product requirements into interaction designs and implementation; used iterative testing and developer documentation to support development.</w:t>
      </w:r>
    </w:p>
    <w:p>
      <w:pPr>
        <w:keepNext/>
        <w:spacing w:after="40" w:before="180"/>
      </w:pPr>
      <w:r>
        <w:rPr>
          <w:b/>
          <w:sz w:val="22"/>
        </w:rPr>
        <w:t>Vance &amp; Hines | May 2022 – Oct 2023</w:t>
      </w:r>
    </w:p>
    <w:p>
      <w:pPr>
        <w:keepNext/>
        <w:spacing w:after="100" w:before="0"/>
      </w:pPr>
      <w:r>
        <w:rPr>
          <w:b w:val="0"/>
          <w:sz w:val="20"/>
        </w:rPr>
        <w:t>Senior iOS Developer | Santa Fe Springs, CA</w:t>
      </w:r>
    </w:p>
    <w:p>
      <w:pPr>
        <w:pStyle w:val="ListBullet"/>
        <w:keepLines/>
        <w:spacing w:after="80"/>
      </w:pPr>
      <w:r>
        <w:t>Rewrote the FP4 application using Swift and SwiftUI and developed FP4 Manager for Bluetooth Low Energy communication with FP4 hardware.</w:t>
      </w:r>
    </w:p>
    <w:p>
      <w:pPr>
        <w:pStyle w:val="ListBullet"/>
        <w:keepLines/>
        <w:spacing w:after="80"/>
      </w:pPr>
      <w:r>
        <w:t>Maintained and released Swift/Objective-C applications, supported legacy features, and translated business requirements into product designs and technical specifications.</w:t>
      </w:r>
    </w:p>
    <w:p>
      <w:pPr>
        <w:keepNext/>
        <w:spacing w:after="40" w:before="180"/>
      </w:pPr>
      <w:r>
        <w:rPr>
          <w:b/>
          <w:sz w:val="22"/>
        </w:rPr>
        <w:t>Molekule | Sep 2019 – Dec 2021</w:t>
      </w:r>
    </w:p>
    <w:p>
      <w:pPr>
        <w:keepNext/>
        <w:spacing w:after="100" w:before="0"/>
      </w:pPr>
      <w:r>
        <w:rPr>
          <w:b w:val="0"/>
          <w:sz w:val="20"/>
        </w:rPr>
        <w:t>Senior iOS Developer | San Francisco, CA</w:t>
      </w:r>
    </w:p>
    <w:p>
      <w:pPr>
        <w:pStyle w:val="ListBullet"/>
        <w:keepLines/>
        <w:spacing w:after="80"/>
      </w:pPr>
      <w:r>
        <w:t>Developed native Swift features for connected air-purification devices, including device pairing and onboarding through a CoAP client.</w:t>
      </w:r>
    </w:p>
    <w:p>
      <w:pPr>
        <w:pStyle w:val="ListBullet"/>
        <w:keepLines/>
        <w:spacing w:after="80"/>
      </w:pPr>
      <w:r>
        <w:t>Updated the CoAP library to use RxSwift observables; helped coordinate a remote development team and contributed unit tests, architecture discussions, and code reviews.</w:t>
      </w:r>
    </w:p>
    <w:p>
      <w:pPr>
        <w:keepNext/>
        <w:spacing w:after="40" w:before="180"/>
      </w:pPr>
      <w:r>
        <w:rPr>
          <w:b/>
          <w:sz w:val="22"/>
        </w:rPr>
        <w:t>Cedars-Sinai | Nov 2018 – Sep 2019</w:t>
      </w:r>
    </w:p>
    <w:p>
      <w:pPr>
        <w:keepNext/>
        <w:spacing w:after="100" w:before="0"/>
      </w:pPr>
      <w:r>
        <w:rPr>
          <w:b w:val="0"/>
          <w:sz w:val="20"/>
        </w:rPr>
        <w:t>Senior iOS Developer | Beverly Hills, CA</w:t>
      </w:r>
    </w:p>
    <w:p>
      <w:pPr>
        <w:pStyle w:val="ListBullet"/>
        <w:keepLines/>
        <w:spacing w:after="80"/>
      </w:pPr>
      <w:r>
        <w:t>Developed and maintained native Swift features for Cedars-Sinai’s iPhone and iPad applications across the software development lifecycle.</w:t>
      </w:r>
    </w:p>
    <w:p>
      <w:pPr>
        <w:pStyle w:val="ListBullet"/>
        <w:keepLines/>
        <w:spacing w:after="80"/>
      </w:pPr>
      <w:r>
        <w:t>Contributed unit tests, architecture discussions, and code reviews within an Agile/Scrum team.</w:t>
      </w:r>
    </w:p>
    <w:p>
      <w:pPr>
        <w:keepNext/>
        <w:spacing w:after="40" w:before="180"/>
      </w:pPr>
      <w:r>
        <w:rPr>
          <w:b/>
          <w:sz w:val="22"/>
        </w:rPr>
        <w:t>DIRECTV / AT&amp;T | May 2013 – Feb 2018</w:t>
      </w:r>
    </w:p>
    <w:p>
      <w:pPr>
        <w:keepNext/>
        <w:spacing w:after="100" w:before="0"/>
      </w:pPr>
      <w:r>
        <w:rPr>
          <w:b w:val="0"/>
          <w:sz w:val="20"/>
        </w:rPr>
        <w:t>Senior iOS Engineer | El Segundo, CA</w:t>
      </w:r>
    </w:p>
    <w:p>
      <w:pPr>
        <w:pStyle w:val="ListBullet"/>
        <w:keepLines/>
        <w:spacing w:after="80"/>
      </w:pPr>
      <w:r>
        <w:t>Served as team lead for the DIRECTV iPad application and developed features across the iPhone and iPad apps.</w:t>
      </w:r>
    </w:p>
    <w:p>
      <w:pPr>
        <w:pStyle w:val="ListBullet"/>
        <w:keepLines/>
        <w:spacing w:after="80"/>
      </w:pPr>
      <w:r>
        <w:t>Led SecondScreen development and integration for the CoPilot live-TV and sports experience; contributed to live-streaming functionality.</w:t>
      </w:r>
    </w:p>
    <w:p>
      <w:pPr>
        <w:pStyle w:val="ListBullet"/>
        <w:keepLines/>
        <w:spacing w:after="80"/>
      </w:pPr>
      <w:r>
        <w:t>Integrated and maintained shared-framework dependencies including NDS, Conviva, Octoshape, i.TV, and PubNub; resolved UI, data-handling, and web-service issues.</w:t>
      </w:r>
    </w:p>
    <w:p>
      <w:pPr>
        <w:keepNext/>
        <w:spacing w:after="100" w:before="180"/>
      </w:pPr>
      <w:r>
        <w:rPr>
          <w:b/>
          <w:color w:val="183C53"/>
          <w:sz w:val="21"/>
        </w:rPr>
        <w:t>EDUCATION</w:t>
      </w:r>
    </w:p>
    <w:p>
      <w:pPr>
        <w:keepNext/>
        <w:spacing w:after="40" w:before="0"/>
      </w:pPr>
      <w:r>
        <w:rPr>
          <w:b/>
        </w:rPr>
        <w:t>Western Washington University — Bellingham, WA</w:t>
      </w:r>
    </w:p>
    <w:p>
      <w:pPr>
        <w:keepNext w:val="0"/>
        <w:spacing w:after="80" w:before="0"/>
      </w:pPr>
      <w:r>
        <w:rPr>
          <w:b w:val="0"/>
        </w:rPr>
        <w:t>B.S., Mathematics and Computer Science</w:t>
      </w:r>
    </w:p>
    <w:sectPr w:rsidR="00FC693F" w:rsidRPr="0006063C" w:rsidSect="00034616">
      <w:footerReference w:type="default" r:id="rId12"/>
      <w:pgSz w:w="12240" w:h="15840"/>
      <w:pgMar w:top="792" w:right="936" w:bottom="792" w:left="936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Phu Scott Ho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0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ind w:left="202" w:hanging="173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scottiesan@gmail.com" TargetMode="External"/><Relationship Id="rId10" Type="http://schemas.openxmlformats.org/officeDocument/2006/relationships/hyperlink" Target="https://www.memoize.studio" TargetMode="External"/><Relationship Id="rId11" Type="http://schemas.openxmlformats.org/officeDocument/2006/relationships/hyperlink" Target="https://github.com/scottiesan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Phu Scott Ho — Software Engineer | Applied AI, LLM Integration &amp; iOS</dc:title>
  <dc:subject>Professional resume</dc:subject>
  <dc:creator>Phu Scott Ho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